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DA967" w14:textId="77777777" w:rsidR="00326A22" w:rsidRPr="00326A22" w:rsidRDefault="00326A22" w:rsidP="00326A22">
      <w:pPr>
        <w:ind w:left="5954"/>
        <w:jc w:val="center"/>
        <w:rPr>
          <w:sz w:val="18"/>
          <w:szCs w:val="18"/>
          <w:lang w:val="pl-PL"/>
        </w:rPr>
      </w:pPr>
      <w:r w:rsidRPr="00326A22">
        <w:rPr>
          <w:lang w:val="pl-PL"/>
        </w:rPr>
        <w:t>………………………………………</w:t>
      </w:r>
      <w:r w:rsidRPr="00326A22">
        <w:rPr>
          <w:lang w:val="pl-PL"/>
        </w:rPr>
        <w:br/>
      </w:r>
      <w:r w:rsidRPr="00326A22">
        <w:rPr>
          <w:sz w:val="18"/>
          <w:szCs w:val="18"/>
          <w:lang w:val="pl-PL"/>
        </w:rPr>
        <w:t>(miejscowość i data)</w:t>
      </w:r>
    </w:p>
    <w:p w14:paraId="28075D19" w14:textId="3F7B8105" w:rsidR="0014488D" w:rsidRPr="00326A22" w:rsidRDefault="00326A22" w:rsidP="00326A22">
      <w:pPr>
        <w:rPr>
          <w:sz w:val="18"/>
          <w:szCs w:val="18"/>
          <w:lang w:val="pl-PL"/>
        </w:rPr>
      </w:pPr>
      <w:r w:rsidRPr="00326A22">
        <w:rPr>
          <w:lang w:val="pl-PL"/>
        </w:rPr>
        <w:t>…………………………………………………….</w:t>
      </w:r>
      <w:r w:rsidRPr="00326A22">
        <w:rPr>
          <w:lang w:val="pl-PL"/>
        </w:rPr>
        <w:br/>
      </w:r>
      <w:r w:rsidRPr="00326A22">
        <w:rPr>
          <w:sz w:val="18"/>
          <w:szCs w:val="18"/>
          <w:lang w:val="pl-PL"/>
        </w:rPr>
        <w:t>(imię i nazwisko / firma)</w:t>
      </w:r>
      <w:r w:rsidRPr="00326A22">
        <w:rPr>
          <w:lang w:val="pl-PL"/>
        </w:rPr>
        <w:br/>
        <w:t>…………………………………………………….</w:t>
      </w:r>
      <w:r w:rsidRPr="00326A22">
        <w:rPr>
          <w:lang w:val="pl-PL"/>
        </w:rPr>
        <w:br/>
      </w:r>
      <w:r w:rsidRPr="00326A22">
        <w:rPr>
          <w:sz w:val="18"/>
          <w:szCs w:val="18"/>
          <w:lang w:val="pl-PL"/>
        </w:rPr>
        <w:t>(adres siedziby)</w:t>
      </w:r>
      <w:r w:rsidRPr="00326A22">
        <w:rPr>
          <w:sz w:val="18"/>
          <w:szCs w:val="18"/>
          <w:lang w:val="pl-PL"/>
        </w:rPr>
        <w:br/>
      </w:r>
      <w:r w:rsidRPr="00326A22">
        <w:rPr>
          <w:lang w:val="pl-PL"/>
        </w:rPr>
        <w:t>…………………………………………………….</w:t>
      </w:r>
      <w:r w:rsidRPr="00326A22">
        <w:rPr>
          <w:lang w:val="pl-PL"/>
        </w:rPr>
        <w:br/>
      </w:r>
      <w:r w:rsidRPr="00326A22">
        <w:rPr>
          <w:sz w:val="18"/>
          <w:szCs w:val="18"/>
          <w:lang w:val="pl-PL"/>
        </w:rPr>
        <w:t>(adres do korespondencji)</w:t>
      </w:r>
      <w:r w:rsidRPr="00326A22">
        <w:rPr>
          <w:sz w:val="18"/>
          <w:szCs w:val="18"/>
          <w:lang w:val="pl-PL"/>
        </w:rPr>
        <w:br/>
      </w:r>
      <w:r w:rsidRPr="00326A22">
        <w:rPr>
          <w:lang w:val="pl-PL"/>
        </w:rPr>
        <w:t>…………………………………………………….</w:t>
      </w:r>
      <w:r w:rsidRPr="00326A22">
        <w:rPr>
          <w:lang w:val="pl-PL"/>
        </w:rPr>
        <w:br/>
      </w:r>
      <w:r w:rsidRPr="00326A22">
        <w:rPr>
          <w:sz w:val="18"/>
          <w:szCs w:val="18"/>
          <w:lang w:val="pl-PL"/>
        </w:rPr>
        <w:t>(telefon komórkowy, stacjonarny) – nieobowiązkowe</w:t>
      </w:r>
    </w:p>
    <w:p w14:paraId="3D8B62F8" w14:textId="77777777" w:rsidR="0014488D" w:rsidRPr="00326A22" w:rsidRDefault="0014488D" w:rsidP="00326A22">
      <w:pPr>
        <w:rPr>
          <w:lang w:val="pl-PL"/>
        </w:rPr>
      </w:pPr>
    </w:p>
    <w:p w14:paraId="2760AA99" w14:textId="77777777" w:rsidR="0014488D" w:rsidRPr="00326A22" w:rsidRDefault="00000000" w:rsidP="00326A22">
      <w:pPr>
        <w:spacing w:before="240"/>
        <w:ind w:left="5245"/>
        <w:rPr>
          <w:b/>
          <w:bCs/>
          <w:lang w:val="pl-PL"/>
        </w:rPr>
      </w:pPr>
      <w:r w:rsidRPr="00326A22">
        <w:rPr>
          <w:b/>
          <w:bCs/>
          <w:lang w:val="pl-PL"/>
        </w:rPr>
        <w:t>Do Dyrektora</w:t>
      </w:r>
      <w:r w:rsidRPr="00326A22">
        <w:rPr>
          <w:b/>
          <w:bCs/>
          <w:lang w:val="pl-PL"/>
        </w:rPr>
        <w:br/>
        <w:t>Zakładu Gospodarki Komunalnej</w:t>
      </w:r>
      <w:r w:rsidRPr="00326A22">
        <w:rPr>
          <w:b/>
          <w:bCs/>
          <w:lang w:val="pl-PL"/>
        </w:rPr>
        <w:br/>
        <w:t>w Sośnie</w:t>
      </w:r>
    </w:p>
    <w:p w14:paraId="20EEBBF5" w14:textId="73572A37" w:rsidR="00326A22" w:rsidRPr="00326A22" w:rsidRDefault="00326A22" w:rsidP="00326A22">
      <w:pPr>
        <w:spacing w:before="240" w:after="240"/>
        <w:jc w:val="center"/>
        <w:rPr>
          <w:b/>
          <w:bCs/>
          <w:lang w:val="pl-PL"/>
        </w:rPr>
      </w:pPr>
      <w:r w:rsidRPr="00326A22">
        <w:rPr>
          <w:b/>
          <w:bCs/>
          <w:lang w:val="pl-PL"/>
        </w:rPr>
        <w:t xml:space="preserve">Wniosek o </w:t>
      </w:r>
      <w:r w:rsidR="00AD2930">
        <w:rPr>
          <w:b/>
          <w:bCs/>
          <w:lang w:val="pl-PL"/>
        </w:rPr>
        <w:t xml:space="preserve">wydanie protokołu odbioru </w:t>
      </w:r>
      <w:r w:rsidRPr="00326A22">
        <w:rPr>
          <w:b/>
          <w:bCs/>
          <w:lang w:val="pl-PL"/>
        </w:rPr>
        <w:t>przyłącza</w:t>
      </w:r>
      <w:r w:rsidR="00112D26">
        <w:rPr>
          <w:b/>
          <w:bCs/>
          <w:lang w:val="pl-PL"/>
        </w:rPr>
        <w:t xml:space="preserve"> </w:t>
      </w:r>
      <w:r w:rsidR="00112D26" w:rsidRPr="00326A22">
        <w:rPr>
          <w:b/>
          <w:bCs/>
          <w:lang w:val="pl-PL"/>
        </w:rPr>
        <w:t>wodociągowego / kanalizacyjnego</w:t>
      </w:r>
      <w:r w:rsidR="00112D26">
        <w:rPr>
          <w:b/>
          <w:bCs/>
          <w:lang w:val="pl-PL"/>
        </w:rPr>
        <w:t>*</w:t>
      </w:r>
    </w:p>
    <w:p w14:paraId="427D75A4" w14:textId="2A1795C8" w:rsidR="0014488D" w:rsidRPr="00326A22" w:rsidRDefault="00000000" w:rsidP="00326A22">
      <w:pPr>
        <w:rPr>
          <w:lang w:val="pl-PL"/>
        </w:rPr>
      </w:pPr>
      <w:r w:rsidRPr="00326A22">
        <w:rPr>
          <w:lang w:val="pl-PL"/>
        </w:rPr>
        <w:t xml:space="preserve">Zwracam się z prośbą o </w:t>
      </w:r>
      <w:r w:rsidR="00AD2930" w:rsidRPr="00AD2930">
        <w:rPr>
          <w:lang w:val="pl-PL"/>
        </w:rPr>
        <w:t xml:space="preserve">wydanie protokołu odbioru </w:t>
      </w:r>
      <w:r w:rsidRPr="00326A22">
        <w:rPr>
          <w:lang w:val="pl-PL"/>
        </w:rPr>
        <w:t xml:space="preserve">przyłącza </w:t>
      </w:r>
      <w:r w:rsidRPr="00326A22">
        <w:rPr>
          <w:b/>
          <w:bCs/>
          <w:lang w:val="pl-PL"/>
        </w:rPr>
        <w:t>wodociągowego / i kanalizacyjnego</w:t>
      </w:r>
      <w:r w:rsidRPr="00326A22">
        <w:rPr>
          <w:lang w:val="pl-PL"/>
        </w:rPr>
        <w:t>* dla:</w:t>
      </w:r>
    </w:p>
    <w:p w14:paraId="6216E80C" w14:textId="6E9568EC" w:rsidR="0014488D" w:rsidRPr="00326A22" w:rsidRDefault="00326A22" w:rsidP="00326A22">
      <w:pPr>
        <w:rPr>
          <w:lang w:val="pl-PL"/>
        </w:rPr>
      </w:pPr>
      <w:r w:rsidRPr="00326A22">
        <w:rPr>
          <w:lang w:val="pl-PL"/>
        </w:rPr>
        <w:t>…………………………………………………………………………………………………………………………………………</w:t>
      </w:r>
    </w:p>
    <w:p w14:paraId="23D0FB8A" w14:textId="77777777" w:rsidR="0014488D" w:rsidRPr="00326A22" w:rsidRDefault="00000000" w:rsidP="00326A22">
      <w:pPr>
        <w:jc w:val="center"/>
        <w:rPr>
          <w:sz w:val="18"/>
          <w:szCs w:val="18"/>
          <w:lang w:val="pl-PL"/>
        </w:rPr>
      </w:pPr>
      <w:r w:rsidRPr="00326A22">
        <w:rPr>
          <w:sz w:val="18"/>
          <w:szCs w:val="18"/>
          <w:lang w:val="pl-PL"/>
        </w:rPr>
        <w:t>(rodzaj budynku)</w:t>
      </w:r>
    </w:p>
    <w:p w14:paraId="234E952E" w14:textId="77777777" w:rsidR="0014488D" w:rsidRPr="00326A22" w:rsidRDefault="00000000" w:rsidP="00326A22">
      <w:pPr>
        <w:rPr>
          <w:lang w:val="pl-PL"/>
        </w:rPr>
      </w:pPr>
      <w:r w:rsidRPr="00326A22">
        <w:rPr>
          <w:lang w:val="pl-PL"/>
        </w:rPr>
        <w:t>znajdującego się:</w:t>
      </w:r>
    </w:p>
    <w:p w14:paraId="0AB75111" w14:textId="77777777" w:rsidR="00326A22" w:rsidRPr="00326A22" w:rsidRDefault="00326A22" w:rsidP="00326A22">
      <w:pPr>
        <w:jc w:val="center"/>
        <w:rPr>
          <w:lang w:val="pl-PL"/>
        </w:rPr>
      </w:pPr>
      <w:r w:rsidRPr="00326A22">
        <w:rPr>
          <w:lang w:val="pl-PL"/>
        </w:rPr>
        <w:t>…………………………………………………………………………………………………………………………………………</w:t>
      </w:r>
      <w:r w:rsidRPr="00326A22">
        <w:rPr>
          <w:lang w:val="pl-PL"/>
        </w:rPr>
        <w:br/>
      </w:r>
      <w:r w:rsidRPr="00326A22">
        <w:rPr>
          <w:sz w:val="18"/>
          <w:szCs w:val="18"/>
          <w:lang w:val="pl-PL"/>
        </w:rPr>
        <w:t>(miejscowość, ulica, numer adresowy, nr ewidencyjny działki)</w:t>
      </w:r>
      <w:r w:rsidRPr="00326A22">
        <w:rPr>
          <w:sz w:val="18"/>
          <w:szCs w:val="18"/>
          <w:lang w:val="pl-PL"/>
        </w:rPr>
        <w:br/>
      </w:r>
      <w:r w:rsidRPr="00326A22">
        <w:rPr>
          <w:lang w:val="pl-PL"/>
        </w:rPr>
        <w:t>…………………………………………………………………………………………………………………………………………</w:t>
      </w:r>
    </w:p>
    <w:p w14:paraId="65B056B8" w14:textId="6BA8D6CE" w:rsidR="0014488D" w:rsidRPr="00326A22" w:rsidRDefault="00326A22" w:rsidP="00326A22">
      <w:pPr>
        <w:spacing w:before="720" w:after="480"/>
        <w:ind w:left="4961"/>
        <w:jc w:val="center"/>
        <w:rPr>
          <w:sz w:val="18"/>
          <w:szCs w:val="18"/>
          <w:lang w:val="pl-PL"/>
        </w:rPr>
      </w:pPr>
      <w:r w:rsidRPr="00326A22">
        <w:rPr>
          <w:lang w:val="pl-PL"/>
        </w:rPr>
        <w:t>…………………………………………………….</w:t>
      </w:r>
      <w:r w:rsidRPr="00326A22">
        <w:rPr>
          <w:sz w:val="18"/>
          <w:szCs w:val="18"/>
          <w:lang w:val="pl-PL"/>
        </w:rPr>
        <w:br/>
        <w:t>(czytelny podpis wnioskodawcy)</w:t>
      </w:r>
    </w:p>
    <w:p w14:paraId="38FBB0E7" w14:textId="11C930AD" w:rsidR="0014488D" w:rsidRPr="00326A22" w:rsidRDefault="00000000" w:rsidP="00326A22">
      <w:pPr>
        <w:rPr>
          <w:lang w:val="pl-PL"/>
        </w:rPr>
      </w:pPr>
      <w:r w:rsidRPr="00326A22">
        <w:rPr>
          <w:b/>
          <w:bCs/>
          <w:lang w:val="pl-PL"/>
        </w:rPr>
        <w:t>Załącznik</w:t>
      </w:r>
      <w:r w:rsidR="00326A22" w:rsidRPr="00326A22">
        <w:rPr>
          <w:lang w:val="pl-PL"/>
        </w:rPr>
        <w:t>:</w:t>
      </w:r>
    </w:p>
    <w:p w14:paraId="2ABE6283" w14:textId="464190C8" w:rsidR="0014488D" w:rsidRPr="00326A22" w:rsidRDefault="00000000" w:rsidP="00326A22">
      <w:pPr>
        <w:rPr>
          <w:lang w:val="pl-PL"/>
        </w:rPr>
      </w:pPr>
      <w:r w:rsidRPr="00326A22">
        <w:rPr>
          <w:lang w:val="pl-PL"/>
        </w:rPr>
        <w:t>1. Mapa</w:t>
      </w:r>
      <w:r w:rsidR="00AD2930">
        <w:rPr>
          <w:lang w:val="pl-PL"/>
        </w:rPr>
        <w:t xml:space="preserve"> inwentaryzacji powykonawczej projektowanego przyłącza</w:t>
      </w:r>
    </w:p>
    <w:p w14:paraId="64D61833" w14:textId="77777777" w:rsidR="0014488D" w:rsidRPr="00326A22" w:rsidRDefault="00000000" w:rsidP="00AD2930">
      <w:pPr>
        <w:spacing w:before="1200"/>
        <w:rPr>
          <w:lang w:val="pl-PL"/>
        </w:rPr>
      </w:pPr>
      <w:r w:rsidRPr="00326A22">
        <w:rPr>
          <w:lang w:val="pl-PL"/>
        </w:rPr>
        <w:t>* niepotrzebne skreślić</w:t>
      </w:r>
    </w:p>
    <w:sectPr w:rsidR="0014488D" w:rsidRPr="00326A2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4947531">
    <w:abstractNumId w:val="8"/>
  </w:num>
  <w:num w:numId="2" w16cid:durableId="1093865758">
    <w:abstractNumId w:val="6"/>
  </w:num>
  <w:num w:numId="3" w16cid:durableId="465395305">
    <w:abstractNumId w:val="5"/>
  </w:num>
  <w:num w:numId="4" w16cid:durableId="279261961">
    <w:abstractNumId w:val="4"/>
  </w:num>
  <w:num w:numId="5" w16cid:durableId="605307484">
    <w:abstractNumId w:val="7"/>
  </w:num>
  <w:num w:numId="6" w16cid:durableId="560680889">
    <w:abstractNumId w:val="3"/>
  </w:num>
  <w:num w:numId="7" w16cid:durableId="169682393">
    <w:abstractNumId w:val="2"/>
  </w:num>
  <w:num w:numId="8" w16cid:durableId="104926600">
    <w:abstractNumId w:val="1"/>
  </w:num>
  <w:num w:numId="9" w16cid:durableId="1804539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2D26"/>
    <w:rsid w:val="0014488D"/>
    <w:rsid w:val="0015074B"/>
    <w:rsid w:val="0029639D"/>
    <w:rsid w:val="00326A22"/>
    <w:rsid w:val="00326F90"/>
    <w:rsid w:val="00977598"/>
    <w:rsid w:val="00AA1D8D"/>
    <w:rsid w:val="00AD2930"/>
    <w:rsid w:val="00B47730"/>
    <w:rsid w:val="00CB0664"/>
    <w:rsid w:val="00CD60E7"/>
    <w:rsid w:val="00EF06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BA3028"/>
  <w14:defaultImageDpi w14:val="300"/>
  <w15:docId w15:val="{650F274C-BE00-479A-BE05-6C87AFD52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125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M365 Copilot</dc:creator>
  <cp:keywords/>
  <dc:description>generated by python-docx</dc:description>
  <cp:lastModifiedBy>Adrian Szuba</cp:lastModifiedBy>
  <cp:revision>6</cp:revision>
  <cp:lastPrinted>2026-10-14T10:20:00Z</cp:lastPrinted>
  <dcterms:created xsi:type="dcterms:W3CDTF">2026-10-14T09:58:00Z</dcterms:created>
  <dcterms:modified xsi:type="dcterms:W3CDTF">2026-10-14T10:20:00Z</dcterms:modified>
  <cp:category/>
</cp:coreProperties>
</file>