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DA967" w14:textId="77777777" w:rsidR="00326A22" w:rsidRPr="00FA5FEA" w:rsidRDefault="00326A22" w:rsidP="00326A22">
      <w:pPr>
        <w:ind w:left="5954"/>
        <w:jc w:val="center"/>
        <w:rPr>
          <w:rFonts w:cs="Arial"/>
          <w:sz w:val="18"/>
          <w:szCs w:val="18"/>
          <w:lang w:val="pl-PL"/>
        </w:rPr>
      </w:pPr>
      <w:r w:rsidRPr="00FA5FEA">
        <w:rPr>
          <w:rFonts w:cs="Arial"/>
          <w:lang w:val="pl-PL"/>
        </w:rPr>
        <w:t>………………………………………</w:t>
      </w:r>
      <w:r w:rsidRPr="00FA5FEA">
        <w:rPr>
          <w:rFonts w:cs="Arial"/>
          <w:lang w:val="pl-PL"/>
        </w:rPr>
        <w:br/>
      </w:r>
      <w:r w:rsidRPr="00FA5FEA">
        <w:rPr>
          <w:rFonts w:cs="Arial"/>
          <w:sz w:val="18"/>
          <w:szCs w:val="18"/>
          <w:lang w:val="pl-PL"/>
        </w:rPr>
        <w:t>(miejscowość i data)</w:t>
      </w:r>
    </w:p>
    <w:p w14:paraId="28075D19" w14:textId="3F7B8105" w:rsidR="0014488D" w:rsidRPr="00FA5FEA" w:rsidRDefault="00326A22" w:rsidP="00326A22">
      <w:pPr>
        <w:rPr>
          <w:rFonts w:cs="Arial"/>
          <w:sz w:val="18"/>
          <w:szCs w:val="18"/>
          <w:lang w:val="pl-PL"/>
        </w:rPr>
      </w:pPr>
      <w:r w:rsidRPr="00FA5FEA">
        <w:rPr>
          <w:rFonts w:cs="Arial"/>
          <w:lang w:val="pl-PL"/>
        </w:rPr>
        <w:t>…………………………………………………….</w:t>
      </w:r>
      <w:r w:rsidRPr="00FA5FEA">
        <w:rPr>
          <w:rFonts w:cs="Arial"/>
          <w:lang w:val="pl-PL"/>
        </w:rPr>
        <w:br/>
      </w:r>
      <w:r w:rsidRPr="00FA5FEA">
        <w:rPr>
          <w:rFonts w:cs="Arial"/>
          <w:sz w:val="18"/>
          <w:szCs w:val="18"/>
          <w:lang w:val="pl-PL"/>
        </w:rPr>
        <w:t>(imię i nazwisko / firma)</w:t>
      </w:r>
      <w:r w:rsidRPr="00FA5FEA">
        <w:rPr>
          <w:rFonts w:cs="Arial"/>
          <w:lang w:val="pl-PL"/>
        </w:rPr>
        <w:br/>
        <w:t>…………………………………………………….</w:t>
      </w:r>
      <w:r w:rsidRPr="00FA5FEA">
        <w:rPr>
          <w:rFonts w:cs="Arial"/>
          <w:lang w:val="pl-PL"/>
        </w:rPr>
        <w:br/>
      </w:r>
      <w:r w:rsidRPr="00FA5FEA">
        <w:rPr>
          <w:rFonts w:cs="Arial"/>
          <w:sz w:val="18"/>
          <w:szCs w:val="18"/>
          <w:lang w:val="pl-PL"/>
        </w:rPr>
        <w:t>(adres siedziby)</w:t>
      </w:r>
      <w:r w:rsidRPr="00FA5FEA">
        <w:rPr>
          <w:rFonts w:cs="Arial"/>
          <w:sz w:val="18"/>
          <w:szCs w:val="18"/>
          <w:lang w:val="pl-PL"/>
        </w:rPr>
        <w:br/>
      </w:r>
      <w:r w:rsidRPr="00FA5FEA">
        <w:rPr>
          <w:rFonts w:cs="Arial"/>
          <w:lang w:val="pl-PL"/>
        </w:rPr>
        <w:t>…………………………………………………….</w:t>
      </w:r>
      <w:r w:rsidRPr="00FA5FEA">
        <w:rPr>
          <w:rFonts w:cs="Arial"/>
          <w:lang w:val="pl-PL"/>
        </w:rPr>
        <w:br/>
      </w:r>
      <w:r w:rsidRPr="00FA5FEA">
        <w:rPr>
          <w:rFonts w:cs="Arial"/>
          <w:sz w:val="18"/>
          <w:szCs w:val="18"/>
          <w:lang w:val="pl-PL"/>
        </w:rPr>
        <w:t>(adres do korespondencji)</w:t>
      </w:r>
      <w:r w:rsidRPr="00FA5FEA">
        <w:rPr>
          <w:rFonts w:cs="Arial"/>
          <w:sz w:val="18"/>
          <w:szCs w:val="18"/>
          <w:lang w:val="pl-PL"/>
        </w:rPr>
        <w:br/>
      </w:r>
      <w:r w:rsidRPr="00FA5FEA">
        <w:rPr>
          <w:rFonts w:cs="Arial"/>
          <w:lang w:val="pl-PL"/>
        </w:rPr>
        <w:t>…………………………………………………….</w:t>
      </w:r>
      <w:r w:rsidRPr="00FA5FEA">
        <w:rPr>
          <w:rFonts w:cs="Arial"/>
          <w:lang w:val="pl-PL"/>
        </w:rPr>
        <w:br/>
      </w:r>
      <w:r w:rsidRPr="00FA5FEA">
        <w:rPr>
          <w:rFonts w:cs="Arial"/>
          <w:sz w:val="18"/>
          <w:szCs w:val="18"/>
          <w:lang w:val="pl-PL"/>
        </w:rPr>
        <w:t>(telefon komórkowy, stacjonarny) – nieobowiązkowe</w:t>
      </w:r>
    </w:p>
    <w:p w14:paraId="2760AA99" w14:textId="77777777" w:rsidR="0014488D" w:rsidRPr="00FA5FEA" w:rsidRDefault="00000000" w:rsidP="00326A22">
      <w:pPr>
        <w:spacing w:before="240"/>
        <w:ind w:left="5245"/>
        <w:rPr>
          <w:rFonts w:cs="Arial"/>
          <w:b/>
          <w:bCs/>
          <w:lang w:val="pl-PL"/>
        </w:rPr>
      </w:pPr>
      <w:r w:rsidRPr="00FA5FEA">
        <w:rPr>
          <w:rFonts w:cs="Arial"/>
          <w:b/>
          <w:bCs/>
          <w:lang w:val="pl-PL"/>
        </w:rPr>
        <w:t>Do Dyrektora</w:t>
      </w:r>
      <w:r w:rsidRPr="00FA5FEA">
        <w:rPr>
          <w:rFonts w:cs="Arial"/>
          <w:b/>
          <w:bCs/>
          <w:lang w:val="pl-PL"/>
        </w:rPr>
        <w:br/>
        <w:t>Zakładu Gospodarki Komunalnej</w:t>
      </w:r>
      <w:r w:rsidRPr="00FA5FEA">
        <w:rPr>
          <w:rFonts w:cs="Arial"/>
          <w:b/>
          <w:bCs/>
          <w:lang w:val="pl-PL"/>
        </w:rPr>
        <w:br/>
        <w:t>w Sośnie</w:t>
      </w:r>
    </w:p>
    <w:p w14:paraId="55FF4F28" w14:textId="77777777" w:rsidR="006C177F" w:rsidRPr="00FA5FEA" w:rsidRDefault="006C177F" w:rsidP="006C177F">
      <w:pPr>
        <w:jc w:val="center"/>
        <w:rPr>
          <w:rFonts w:cs="Arial"/>
          <w:b/>
          <w:bCs/>
          <w:lang w:val="pl-PL"/>
        </w:rPr>
      </w:pPr>
      <w:r w:rsidRPr="00FA5FEA">
        <w:rPr>
          <w:rFonts w:cs="Arial"/>
          <w:b/>
          <w:bCs/>
          <w:lang w:val="pl-PL"/>
        </w:rPr>
        <w:t>Wniosek o wydanie warunków przyłączenia</w:t>
      </w:r>
    </w:p>
    <w:p w14:paraId="1AF931BC" w14:textId="77777777" w:rsidR="006C177F" w:rsidRPr="00FA5FEA" w:rsidRDefault="006C177F" w:rsidP="00525AFE">
      <w:pPr>
        <w:pStyle w:val="NormalnyWeb"/>
        <w:spacing w:line="300" w:lineRule="atLeast"/>
        <w:rPr>
          <w:rFonts w:asciiTheme="minorHAnsi" w:hAnsiTheme="minorHAnsi" w:cs="Arial"/>
          <w:sz w:val="21"/>
          <w:szCs w:val="21"/>
        </w:rPr>
      </w:pPr>
      <w:r w:rsidRPr="00FA5FEA">
        <w:rPr>
          <w:rFonts w:asciiTheme="minorHAnsi" w:hAnsiTheme="minorHAnsi" w:cs="Arial"/>
          <w:sz w:val="21"/>
          <w:szCs w:val="21"/>
        </w:rPr>
        <w:t>Na podstawie art. 25 Regulaminu dostarczania wody i odprowadzania ścieków, wnoszę o wydanie warunków technicznych przyłączenia nieruchomości:</w:t>
      </w:r>
    </w:p>
    <w:p w14:paraId="50D8F3ED" w14:textId="1B9F04C0" w:rsidR="006C177F" w:rsidRPr="00FA5FEA" w:rsidRDefault="00326A22" w:rsidP="006C177F">
      <w:pPr>
        <w:jc w:val="center"/>
        <w:rPr>
          <w:rFonts w:cs="Arial"/>
          <w:sz w:val="18"/>
          <w:szCs w:val="18"/>
          <w:lang w:val="pl-PL"/>
        </w:rPr>
      </w:pPr>
      <w:r w:rsidRPr="00FA5FEA">
        <w:rPr>
          <w:rFonts w:cs="Arial"/>
          <w:lang w:val="pl-PL"/>
        </w:rPr>
        <w:t>…………………………………………………………………………………………………………………………………………</w:t>
      </w:r>
      <w:r w:rsidR="006C177F" w:rsidRPr="00FA5FEA">
        <w:rPr>
          <w:rFonts w:cs="Arial"/>
          <w:lang w:val="pl-PL"/>
        </w:rPr>
        <w:br/>
      </w:r>
      <w:r w:rsidR="006C177F" w:rsidRPr="00FA5FEA">
        <w:rPr>
          <w:rFonts w:cs="Arial"/>
          <w:sz w:val="18"/>
          <w:szCs w:val="18"/>
          <w:lang w:val="pl-PL"/>
        </w:rPr>
        <w:t>(miejscowość, ulica, numer adresowy, nr ewidencyjny działki)</w:t>
      </w:r>
    </w:p>
    <w:p w14:paraId="51D65097" w14:textId="77777777" w:rsidR="006C177F" w:rsidRPr="006C177F" w:rsidRDefault="006C177F" w:rsidP="006C177F">
      <w:pPr>
        <w:rPr>
          <w:rFonts w:cs="Arial"/>
          <w:lang w:val="pl-PL"/>
        </w:rPr>
      </w:pPr>
      <w:r w:rsidRPr="006C177F">
        <w:rPr>
          <w:rFonts w:cs="Arial"/>
          <w:lang w:val="pl-PL"/>
        </w:rPr>
        <w:t xml:space="preserve">do sieci </w:t>
      </w:r>
      <w:r w:rsidRPr="006C177F">
        <w:rPr>
          <w:rFonts w:cs="Arial"/>
          <w:b/>
          <w:bCs/>
          <w:lang w:val="pl-PL"/>
        </w:rPr>
        <w:t>wodociągowej / kanalizacyjnej</w:t>
      </w:r>
      <w:r w:rsidRPr="006C177F">
        <w:rPr>
          <w:rFonts w:cs="Arial"/>
          <w:lang w:val="pl-PL"/>
        </w:rPr>
        <w:t>*.</w:t>
      </w:r>
    </w:p>
    <w:p w14:paraId="3F963520" w14:textId="4A14566B" w:rsidR="006C177F" w:rsidRPr="00FA5FEA" w:rsidRDefault="006C177F" w:rsidP="00326A22">
      <w:pPr>
        <w:rPr>
          <w:rFonts w:cs="Arial"/>
          <w:lang w:val="pl-PL"/>
        </w:rPr>
      </w:pPr>
      <w:r w:rsidRPr="00FA5FEA">
        <w:rPr>
          <w:rFonts w:cs="Arial"/>
          <w:lang w:val="pl-PL"/>
        </w:rPr>
        <w:t xml:space="preserve">Oświadczam, że jestem </w:t>
      </w:r>
      <w:r w:rsidRPr="00FA5FEA">
        <w:rPr>
          <w:rFonts w:cs="Arial"/>
          <w:b/>
          <w:bCs/>
          <w:lang w:val="pl-PL"/>
        </w:rPr>
        <w:t>właścicielem nieruchomości / posiadam prawo do dysponowania nieruchomością na cele budowlane</w:t>
      </w:r>
      <w:r w:rsidRPr="00FA5FEA">
        <w:rPr>
          <w:rFonts w:cs="Arial"/>
          <w:lang w:val="pl-PL"/>
        </w:rPr>
        <w:t>, na terenie której istnieje / planowana(-</w:t>
      </w:r>
      <w:proofErr w:type="spellStart"/>
      <w:r w:rsidRPr="00FA5FEA">
        <w:rPr>
          <w:rFonts w:cs="Arial"/>
          <w:lang w:val="pl-PL"/>
        </w:rPr>
        <w:t>ny</w:t>
      </w:r>
      <w:proofErr w:type="spellEnd"/>
      <w:r w:rsidRPr="00FA5FEA">
        <w:rPr>
          <w:rFonts w:cs="Arial"/>
          <w:lang w:val="pl-PL"/>
        </w:rPr>
        <w:t>) jest:</w:t>
      </w:r>
    </w:p>
    <w:p w14:paraId="70A6787D" w14:textId="77777777" w:rsidR="006C177F" w:rsidRPr="00FA5FEA" w:rsidRDefault="00326A22" w:rsidP="006C177F">
      <w:pPr>
        <w:jc w:val="center"/>
        <w:rPr>
          <w:rFonts w:cs="Arial"/>
          <w:sz w:val="18"/>
          <w:szCs w:val="18"/>
          <w:lang w:val="pl-PL"/>
        </w:rPr>
      </w:pPr>
      <w:r w:rsidRPr="00FA5FEA">
        <w:rPr>
          <w:rFonts w:cs="Arial"/>
          <w:lang w:val="pl-PL"/>
        </w:rPr>
        <w:t>…………………………………………………………………………………………………………………………………………</w:t>
      </w:r>
      <w:r w:rsidRPr="00FA5FEA">
        <w:rPr>
          <w:rFonts w:cs="Arial"/>
          <w:lang w:val="pl-PL"/>
        </w:rPr>
        <w:br/>
      </w:r>
      <w:r w:rsidR="006C177F" w:rsidRPr="00FA5FEA">
        <w:rPr>
          <w:rFonts w:cs="Arial"/>
          <w:sz w:val="18"/>
          <w:szCs w:val="18"/>
          <w:lang w:val="pl-PL"/>
        </w:rPr>
        <w:t>(rodzaj i orientacyjna wielkość zabudowy)</w:t>
      </w:r>
    </w:p>
    <w:p w14:paraId="0AB75111" w14:textId="3AF0265F" w:rsidR="00326A22" w:rsidRPr="00FA5FEA" w:rsidRDefault="006C177F" w:rsidP="006C177F">
      <w:pPr>
        <w:rPr>
          <w:rFonts w:cs="Arial"/>
          <w:lang w:val="pl-PL"/>
        </w:rPr>
      </w:pPr>
      <w:r w:rsidRPr="00FA5FEA">
        <w:rPr>
          <w:rFonts w:cs="Arial"/>
          <w:lang w:val="pl-PL"/>
        </w:rPr>
        <w:t>z potrzebami w zakresie dostawy wody /lub odprowadzania ścieków w ilości do:</w:t>
      </w:r>
      <w:r w:rsidRPr="00FA5FEA">
        <w:rPr>
          <w:rFonts w:cs="Arial"/>
          <w:lang w:val="pl-PL"/>
        </w:rPr>
        <w:br/>
      </w:r>
      <w:r w:rsidRPr="00FA5FEA">
        <w:rPr>
          <w:rFonts w:cs="Arial"/>
          <w:lang w:val="pl-PL"/>
        </w:rPr>
        <w:t>....................... m³/miesiąc**.</w:t>
      </w:r>
    </w:p>
    <w:p w14:paraId="6BC2D1BA" w14:textId="77777777" w:rsidR="006C177F" w:rsidRPr="00FA5FEA" w:rsidRDefault="006C177F" w:rsidP="006C177F">
      <w:pPr>
        <w:spacing w:after="0"/>
        <w:rPr>
          <w:rFonts w:cs="Arial"/>
          <w:lang w:val="pl-PL"/>
        </w:rPr>
      </w:pPr>
      <w:r w:rsidRPr="006C177F">
        <w:rPr>
          <w:rFonts w:cs="Arial"/>
          <w:lang w:val="pl-PL"/>
        </w:rPr>
        <w:t>Przyłącze zamierzam wykonać w terminie do:</w:t>
      </w:r>
      <w:r w:rsidRPr="00FA5FEA">
        <w:rPr>
          <w:rFonts w:cs="Arial"/>
          <w:lang w:val="pl-PL"/>
        </w:rPr>
        <w:t xml:space="preserve"> </w:t>
      </w:r>
      <w:r w:rsidRPr="006C177F">
        <w:rPr>
          <w:rFonts w:cs="Arial"/>
          <w:lang w:val="pl-PL"/>
        </w:rPr>
        <w:t>.................................................................</w:t>
      </w:r>
    </w:p>
    <w:p w14:paraId="5CED27DA" w14:textId="384FE2F6" w:rsidR="006C177F" w:rsidRPr="006C177F" w:rsidRDefault="006C177F" w:rsidP="006C177F">
      <w:pPr>
        <w:spacing w:after="0"/>
        <w:ind w:left="4241" w:firstLine="720"/>
        <w:rPr>
          <w:rFonts w:cs="Arial"/>
          <w:lang w:val="pl-PL"/>
        </w:rPr>
      </w:pPr>
      <w:r w:rsidRPr="006C177F">
        <w:rPr>
          <w:rFonts w:cs="Arial"/>
          <w:sz w:val="18"/>
          <w:szCs w:val="18"/>
          <w:lang w:val="pl-PL"/>
        </w:rPr>
        <w:t>(miesiąc, rok)</w:t>
      </w:r>
    </w:p>
    <w:p w14:paraId="65B056B8" w14:textId="6BA8D6CE" w:rsidR="0014488D" w:rsidRPr="00FA5FEA" w:rsidRDefault="00326A22" w:rsidP="00525AFE">
      <w:pPr>
        <w:spacing w:before="240" w:after="240"/>
        <w:ind w:left="4961"/>
        <w:jc w:val="center"/>
        <w:rPr>
          <w:rFonts w:cs="Arial"/>
          <w:sz w:val="18"/>
          <w:szCs w:val="18"/>
          <w:lang w:val="pl-PL"/>
        </w:rPr>
      </w:pPr>
      <w:r w:rsidRPr="00FA5FEA">
        <w:rPr>
          <w:rFonts w:cs="Arial"/>
          <w:lang w:val="pl-PL"/>
        </w:rPr>
        <w:t>…………………………………………………….</w:t>
      </w:r>
      <w:r w:rsidRPr="00FA5FEA">
        <w:rPr>
          <w:rFonts w:cs="Arial"/>
          <w:sz w:val="18"/>
          <w:szCs w:val="18"/>
          <w:lang w:val="pl-PL"/>
        </w:rPr>
        <w:br/>
        <w:t>(czytelny podpis wnioskodawcy)</w:t>
      </w:r>
    </w:p>
    <w:p w14:paraId="0ED0D302" w14:textId="65A6C5CA" w:rsidR="00FA5FEA" w:rsidRPr="00FA5FEA" w:rsidRDefault="00FA5FEA" w:rsidP="00525AFE">
      <w:pPr>
        <w:spacing w:before="360" w:after="240"/>
        <w:rPr>
          <w:rFonts w:cs="Arial"/>
          <w:sz w:val="18"/>
          <w:szCs w:val="18"/>
          <w:lang w:val="pl-PL"/>
        </w:rPr>
      </w:pPr>
      <w:r w:rsidRPr="00FA5FEA">
        <w:rPr>
          <w:rFonts w:cs="Arial"/>
          <w:sz w:val="18"/>
          <w:szCs w:val="18"/>
          <w:lang w:val="pl-PL"/>
        </w:rPr>
        <w:t>* niepotrzebne skreślić</w:t>
      </w:r>
      <w:r w:rsidRPr="00FA5FEA">
        <w:rPr>
          <w:rFonts w:cs="Arial"/>
          <w:sz w:val="18"/>
          <w:szCs w:val="18"/>
          <w:lang w:val="pl-PL"/>
        </w:rPr>
        <w:br/>
      </w:r>
      <w:r w:rsidRPr="00FA5FEA">
        <w:rPr>
          <w:rFonts w:cs="Arial"/>
          <w:sz w:val="18"/>
          <w:szCs w:val="18"/>
          <w:lang w:val="pl-PL"/>
        </w:rPr>
        <w:t>** szacunkowa ilość zużywanej wody lub odprowadzania ścieków.</w:t>
      </w:r>
    </w:p>
    <w:p w14:paraId="0F7B16F2" w14:textId="77777777" w:rsidR="00FA5FEA" w:rsidRPr="00525AFE" w:rsidRDefault="00FA5FEA" w:rsidP="00525AFE">
      <w:pPr>
        <w:spacing w:after="0"/>
        <w:jc w:val="center"/>
        <w:rPr>
          <w:rFonts w:cs="Arial"/>
          <w:b/>
          <w:bCs/>
          <w:sz w:val="12"/>
          <w:szCs w:val="12"/>
          <w:lang w:val="pl-PL"/>
        </w:rPr>
      </w:pPr>
      <w:r w:rsidRPr="00525AFE">
        <w:rPr>
          <w:rFonts w:cs="Arial"/>
          <w:b/>
          <w:bCs/>
          <w:sz w:val="12"/>
          <w:szCs w:val="12"/>
          <w:lang w:val="pl-PL"/>
        </w:rPr>
        <w:t>Klauzula informacyjna</w:t>
      </w:r>
    </w:p>
    <w:p w14:paraId="65DE9A65" w14:textId="77777777" w:rsidR="00FA5FEA" w:rsidRPr="00525AFE" w:rsidRDefault="00FA5FEA" w:rsidP="00525AFE">
      <w:pPr>
        <w:spacing w:after="0"/>
        <w:ind w:firstLine="720"/>
        <w:rPr>
          <w:rFonts w:cs="Arial"/>
          <w:sz w:val="12"/>
          <w:szCs w:val="12"/>
          <w:lang w:val="pl-PL"/>
        </w:rPr>
      </w:pPr>
      <w:r w:rsidRPr="00525AFE">
        <w:rPr>
          <w:rFonts w:cs="Arial"/>
          <w:sz w:val="12"/>
          <w:szCs w:val="12"/>
          <w:lang w:val="pl-PL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(dalej: „Rozporządzenie o ochronie danych osobowych”) informujemy o zasadach przetwarzania Pani/Pana danych osobowych oraz o przysługujących Pani/Panu prawach z tym związanych (począwszy do dnia 25 maja 2018 r.):</w:t>
      </w:r>
    </w:p>
    <w:p w14:paraId="5A626D12" w14:textId="6C630AE4" w:rsidR="00FA5FEA" w:rsidRPr="00525AFE" w:rsidRDefault="00FA5FEA" w:rsidP="00525AFE">
      <w:pPr>
        <w:pStyle w:val="Akapitzlist"/>
        <w:numPr>
          <w:ilvl w:val="0"/>
          <w:numId w:val="11"/>
        </w:numPr>
        <w:spacing w:after="0"/>
        <w:rPr>
          <w:rFonts w:cs="Arial"/>
          <w:sz w:val="12"/>
          <w:szCs w:val="12"/>
          <w:lang w:val="pl-PL"/>
        </w:rPr>
      </w:pPr>
      <w:r w:rsidRPr="00525AFE">
        <w:rPr>
          <w:rFonts w:cs="Arial"/>
          <w:sz w:val="12"/>
          <w:szCs w:val="12"/>
          <w:lang w:val="pl-PL"/>
        </w:rPr>
        <w:t>Administratorem danych osobowych jest Zakład Gospodarki Komunalnej z siedzibą w Sośnie ul. Nowa 9, 89-412 Sośno.</w:t>
      </w:r>
    </w:p>
    <w:p w14:paraId="341E8257" w14:textId="62015994" w:rsidR="00FA5FEA" w:rsidRPr="00525AFE" w:rsidRDefault="00FA5FEA" w:rsidP="00525AFE">
      <w:pPr>
        <w:pStyle w:val="Akapitzlist"/>
        <w:numPr>
          <w:ilvl w:val="0"/>
          <w:numId w:val="11"/>
        </w:numPr>
        <w:spacing w:after="0"/>
        <w:rPr>
          <w:rFonts w:cs="Arial"/>
          <w:sz w:val="12"/>
          <w:szCs w:val="12"/>
          <w:lang w:val="pl-PL"/>
        </w:rPr>
      </w:pPr>
      <w:r w:rsidRPr="00525AFE">
        <w:rPr>
          <w:rFonts w:cs="Arial"/>
          <w:sz w:val="12"/>
          <w:szCs w:val="12"/>
          <w:lang w:val="pl-PL"/>
        </w:rPr>
        <w:t>Pani/Pana dane osobowe będziemy przetwarzać w celu określenia warunków przyłączenia do sieci wodociągowej bądź kanalizacyjnej. Dane w tym celu przetwarzane będą na podstawie art. 6 ust. 1 lit. b) Rozporządzenia o ochronie danych osobowych. Podanie danych jest dobrowolne, lecz niezbędne do wydania warunków przyłączenia do sieci wodociągowej bądź kanalizacyjnej. W przypadku niepodania danych nie będzie możliwe wydanie warunków.</w:t>
      </w:r>
    </w:p>
    <w:p w14:paraId="3B5EED80" w14:textId="540EE787" w:rsidR="00FA5FEA" w:rsidRPr="00525AFE" w:rsidRDefault="00FA5FEA" w:rsidP="00525AFE">
      <w:pPr>
        <w:pStyle w:val="Akapitzlist"/>
        <w:numPr>
          <w:ilvl w:val="0"/>
          <w:numId w:val="11"/>
        </w:numPr>
        <w:spacing w:after="0"/>
        <w:rPr>
          <w:rFonts w:cs="Arial"/>
          <w:sz w:val="12"/>
          <w:szCs w:val="12"/>
          <w:lang w:val="pl-PL"/>
        </w:rPr>
      </w:pPr>
      <w:r w:rsidRPr="00525AFE">
        <w:rPr>
          <w:rFonts w:cs="Arial"/>
          <w:sz w:val="12"/>
          <w:szCs w:val="12"/>
          <w:lang w:val="pl-PL"/>
        </w:rPr>
        <w:t>Dane osobowe będziemy przetwarzać w okresie do czasu zmiany warunków przyłączenia. Wnioskodawca ma prawo do żądania dostępu do swoich danych osobowych, ich sprostowania, usunięcia lub ograniczenia przetwarzania oraz prawo do wniesienia sprzeciwu wobec przetwarzania, a także prawo do przenoszenia danych.</w:t>
      </w:r>
    </w:p>
    <w:p w14:paraId="3B8222E2" w14:textId="36D5C796" w:rsidR="00FA5FEA" w:rsidRPr="00525AFE" w:rsidRDefault="00FA5FEA" w:rsidP="00525AFE">
      <w:pPr>
        <w:pStyle w:val="Akapitzlist"/>
        <w:numPr>
          <w:ilvl w:val="0"/>
          <w:numId w:val="11"/>
        </w:numPr>
        <w:spacing w:after="0"/>
        <w:rPr>
          <w:rFonts w:cs="Arial"/>
          <w:sz w:val="12"/>
          <w:szCs w:val="12"/>
          <w:lang w:val="pl-PL"/>
        </w:rPr>
      </w:pPr>
      <w:r w:rsidRPr="00525AFE">
        <w:rPr>
          <w:rFonts w:cs="Arial"/>
          <w:sz w:val="12"/>
          <w:szCs w:val="12"/>
          <w:lang w:val="pl-PL"/>
        </w:rPr>
        <w:t>Dane osobowe Odbiorcy usług, Zakład Gospodarki Komunalnej może przekazywać:</w:t>
      </w:r>
    </w:p>
    <w:p w14:paraId="136F29AD" w14:textId="77777777" w:rsidR="00FA5FEA" w:rsidRPr="00525AFE" w:rsidRDefault="00FA5FEA" w:rsidP="00525AFE">
      <w:pPr>
        <w:pStyle w:val="Akapitzlist"/>
        <w:numPr>
          <w:ilvl w:val="1"/>
          <w:numId w:val="12"/>
        </w:numPr>
        <w:spacing w:after="0"/>
        <w:ind w:left="851"/>
        <w:rPr>
          <w:rFonts w:cs="Arial"/>
          <w:sz w:val="12"/>
          <w:szCs w:val="12"/>
          <w:lang w:val="pl-PL"/>
        </w:rPr>
      </w:pPr>
      <w:r w:rsidRPr="00525AFE">
        <w:rPr>
          <w:rFonts w:cs="Arial"/>
          <w:sz w:val="12"/>
          <w:szCs w:val="12"/>
          <w:lang w:val="pl-PL"/>
        </w:rPr>
        <w:t>osobom upoważnionym przez ZGK - pracownikom i współpracownikom, którzy muszą mieć dostęp do danych, aby wykonywać swoje obowiązki,</w:t>
      </w:r>
    </w:p>
    <w:p w14:paraId="2A9E8B78" w14:textId="77777777" w:rsidR="00FA5FEA" w:rsidRPr="00525AFE" w:rsidRDefault="00FA5FEA" w:rsidP="00525AFE">
      <w:pPr>
        <w:pStyle w:val="Akapitzlist"/>
        <w:numPr>
          <w:ilvl w:val="1"/>
          <w:numId w:val="12"/>
        </w:numPr>
        <w:spacing w:after="0"/>
        <w:ind w:left="851"/>
        <w:rPr>
          <w:rFonts w:cs="Arial"/>
          <w:sz w:val="12"/>
          <w:szCs w:val="12"/>
          <w:lang w:val="pl-PL"/>
        </w:rPr>
      </w:pPr>
      <w:r w:rsidRPr="00525AFE">
        <w:rPr>
          <w:rFonts w:cs="Arial"/>
          <w:sz w:val="12"/>
          <w:szCs w:val="12"/>
          <w:lang w:val="pl-PL"/>
        </w:rPr>
        <w:t>podmiotom przetwarzającym - którym zlecimy czynności wymagające przetwarzania danych osobowych,</w:t>
      </w:r>
    </w:p>
    <w:p w14:paraId="1F594839" w14:textId="77777777" w:rsidR="00FA5FEA" w:rsidRPr="00525AFE" w:rsidRDefault="00FA5FEA" w:rsidP="00525AFE">
      <w:pPr>
        <w:pStyle w:val="Akapitzlist"/>
        <w:numPr>
          <w:ilvl w:val="1"/>
          <w:numId w:val="12"/>
        </w:numPr>
        <w:spacing w:after="0"/>
        <w:ind w:left="851"/>
        <w:rPr>
          <w:rFonts w:cs="Arial"/>
          <w:sz w:val="12"/>
          <w:szCs w:val="12"/>
          <w:lang w:val="pl-PL"/>
        </w:rPr>
      </w:pPr>
      <w:r w:rsidRPr="00525AFE">
        <w:rPr>
          <w:rFonts w:cs="Arial"/>
          <w:sz w:val="12"/>
          <w:szCs w:val="12"/>
          <w:lang w:val="pl-PL"/>
        </w:rPr>
        <w:t>innym odbiorcom - np. kurierom, ubezpieczycielom, kancelariom prawnym, firmom windykacyjnym, obowiązujących przepisów mogą żądać przekazania danych.</w:t>
      </w:r>
    </w:p>
    <w:p w14:paraId="59495ED9" w14:textId="77777777" w:rsidR="00FA5FEA" w:rsidRPr="00525AFE" w:rsidRDefault="00FA5FEA" w:rsidP="00525AFE">
      <w:pPr>
        <w:spacing w:after="0"/>
        <w:ind w:firstLine="720"/>
        <w:rPr>
          <w:rFonts w:cs="Arial"/>
          <w:sz w:val="12"/>
          <w:szCs w:val="12"/>
          <w:lang w:val="pl-PL"/>
        </w:rPr>
      </w:pPr>
      <w:r w:rsidRPr="00525AFE">
        <w:rPr>
          <w:rFonts w:cs="Arial"/>
          <w:sz w:val="12"/>
          <w:szCs w:val="12"/>
          <w:lang w:val="pl-PL"/>
        </w:rPr>
        <w:t>Wnioskodawca ma prawo wnieść skargę do Prezesa Urzędu Ochrony Danych Osobowych.</w:t>
      </w:r>
    </w:p>
    <w:p w14:paraId="414AD136" w14:textId="1E31C52D" w:rsidR="006C177F" w:rsidRPr="00525AFE" w:rsidRDefault="00FA5FEA" w:rsidP="00525AFE">
      <w:pPr>
        <w:spacing w:after="0"/>
        <w:ind w:firstLine="720"/>
        <w:rPr>
          <w:rFonts w:cs="Arial"/>
          <w:sz w:val="12"/>
          <w:szCs w:val="12"/>
          <w:lang w:val="pl-PL"/>
        </w:rPr>
      </w:pPr>
      <w:r w:rsidRPr="00525AFE">
        <w:rPr>
          <w:rFonts w:cs="Arial"/>
          <w:sz w:val="12"/>
          <w:szCs w:val="12"/>
          <w:lang w:val="pl-PL"/>
        </w:rPr>
        <w:t>Zakład Gospodarki Komunalnej w Sośnie informuje, że na podstawie art. 27e ust.1 pkt 2) ustawy z dnia 7 czerwca 2001 r. o zbiorowym zaopatrzeniu w wodę i zbiorowym odprowadzaniu ścieków (Dz. U. z 2017. poz. 328 ze zm.), w przypadku odmowy przyłączenia wnioskodawcy przysługuje prawo do złożenia wniosku o rozstrzygnięcie sporu do Dyrektora Regionalnego Zarządu Gospodarki Wodnej Państwowego Gospodarstwa Wodnego Wody Polskie w Bydgoszczy ul. A. Mickiewicza 15, 85-071 Bydgoszcz.</w:t>
      </w:r>
    </w:p>
    <w:sectPr w:rsidR="006C177F" w:rsidRPr="00525AFE" w:rsidSect="00525AFE">
      <w:pgSz w:w="12240" w:h="15840"/>
      <w:pgMar w:top="567" w:right="1417" w:bottom="426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F07DB5"/>
    <w:multiLevelType w:val="hybridMultilevel"/>
    <w:tmpl w:val="FB8827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C711D8"/>
    <w:multiLevelType w:val="hybridMultilevel"/>
    <w:tmpl w:val="81621A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9C1B54"/>
    <w:multiLevelType w:val="hybridMultilevel"/>
    <w:tmpl w:val="3B20CD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4947531">
    <w:abstractNumId w:val="8"/>
  </w:num>
  <w:num w:numId="2" w16cid:durableId="1093865758">
    <w:abstractNumId w:val="6"/>
  </w:num>
  <w:num w:numId="3" w16cid:durableId="465395305">
    <w:abstractNumId w:val="5"/>
  </w:num>
  <w:num w:numId="4" w16cid:durableId="279261961">
    <w:abstractNumId w:val="4"/>
  </w:num>
  <w:num w:numId="5" w16cid:durableId="605307484">
    <w:abstractNumId w:val="7"/>
  </w:num>
  <w:num w:numId="6" w16cid:durableId="560680889">
    <w:abstractNumId w:val="3"/>
  </w:num>
  <w:num w:numId="7" w16cid:durableId="169682393">
    <w:abstractNumId w:val="2"/>
  </w:num>
  <w:num w:numId="8" w16cid:durableId="104926600">
    <w:abstractNumId w:val="1"/>
  </w:num>
  <w:num w:numId="9" w16cid:durableId="1804539530">
    <w:abstractNumId w:val="0"/>
  </w:num>
  <w:num w:numId="10" w16cid:durableId="1625042185">
    <w:abstractNumId w:val="10"/>
  </w:num>
  <w:num w:numId="11" w16cid:durableId="1364861052">
    <w:abstractNumId w:val="9"/>
  </w:num>
  <w:num w:numId="12" w16cid:durableId="1509961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2D26"/>
    <w:rsid w:val="0014488D"/>
    <w:rsid w:val="0015074B"/>
    <w:rsid w:val="0029639D"/>
    <w:rsid w:val="003231EC"/>
    <w:rsid w:val="00326A22"/>
    <w:rsid w:val="00326F90"/>
    <w:rsid w:val="00525AFE"/>
    <w:rsid w:val="006C177F"/>
    <w:rsid w:val="00977598"/>
    <w:rsid w:val="00AA1D8D"/>
    <w:rsid w:val="00AD2930"/>
    <w:rsid w:val="00B47730"/>
    <w:rsid w:val="00CB0664"/>
    <w:rsid w:val="00CD60E7"/>
    <w:rsid w:val="00EF0685"/>
    <w:rsid w:val="00FA5FE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BA3028"/>
  <w14:defaultImageDpi w14:val="300"/>
  <w15:docId w15:val="{650F274C-BE00-479A-BE05-6C87AFD52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semiHidden/>
    <w:unhideWhenUsed/>
    <w:rsid w:val="006C1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Hipercze">
    <w:name w:val="Hyperlink"/>
    <w:basedOn w:val="Domylnaczcionkaakapitu"/>
    <w:uiPriority w:val="99"/>
    <w:unhideWhenUsed/>
    <w:rsid w:val="006C177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C1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520</Words>
  <Characters>3123</Characters>
  <Application>Microsoft Office Word</Application>
  <DocSecurity>0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3636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M365 Copilot</dc:creator>
  <cp:keywords/>
  <dc:description>generated by python-docx</dc:description>
  <cp:lastModifiedBy>Adrian Szuba</cp:lastModifiedBy>
  <cp:revision>7</cp:revision>
  <cp:lastPrinted>2026-10-14T10:20:00Z</cp:lastPrinted>
  <dcterms:created xsi:type="dcterms:W3CDTF">2026-10-14T09:58:00Z</dcterms:created>
  <dcterms:modified xsi:type="dcterms:W3CDTF">2026-10-14T10:54:00Z</dcterms:modified>
  <cp:category/>
</cp:coreProperties>
</file>